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DB851" w14:textId="77777777" w:rsidR="00D666E5" w:rsidRDefault="00D666E5" w:rsidP="008237D2">
      <w:bookmarkStart w:id="0" w:name="_GoBack"/>
      <w:bookmarkEnd w:id="0"/>
    </w:p>
    <w:p w14:paraId="4E051AE7" w14:textId="45EAF822" w:rsidR="00BD25E0" w:rsidRDefault="00D666E5" w:rsidP="00D666E5">
      <w:pPr>
        <w:pStyle w:val="Naslov1"/>
        <w:jc w:val="center"/>
      </w:pPr>
      <w:r>
        <w:t>CISM / JSKD / ZSG International Conducting Competition for wind orchestras, concert bands, wind bands, fanfare bands and related instrumental ensembles</w:t>
      </w:r>
    </w:p>
    <w:p w14:paraId="39B86074" w14:textId="77777777" w:rsidR="00D666E5" w:rsidRPr="00D666E5" w:rsidRDefault="00D666E5" w:rsidP="00D666E5">
      <w:pPr>
        <w:rPr>
          <w:lang w:val="en-GB"/>
        </w:rPr>
      </w:pPr>
    </w:p>
    <w:p w14:paraId="34E60089" w14:textId="77777777" w:rsidR="00BD25E0" w:rsidRDefault="008237D2">
      <w:pPr>
        <w:jc w:val="center"/>
      </w:pPr>
      <w:r>
        <w:rPr>
          <w:b/>
        </w:rPr>
        <w:t>APPLICATION FORM</w:t>
      </w:r>
    </w:p>
    <w:p w14:paraId="4030482F" w14:textId="77777777" w:rsidR="00BD25E0" w:rsidRDefault="008237D2">
      <w:pPr>
        <w:pStyle w:val="Naslov2"/>
      </w:pPr>
      <w:r>
        <w:t>1. Personal Information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D25E0" w14:paraId="23AD8791" w14:textId="77777777">
        <w:tc>
          <w:tcPr>
            <w:tcW w:w="4320" w:type="dxa"/>
          </w:tcPr>
          <w:p w14:paraId="174E06C6" w14:textId="77777777" w:rsidR="00BD25E0" w:rsidRDefault="008237D2">
            <w:r>
              <w:t>First Name</w:t>
            </w:r>
          </w:p>
        </w:tc>
        <w:tc>
          <w:tcPr>
            <w:tcW w:w="4320" w:type="dxa"/>
          </w:tcPr>
          <w:p w14:paraId="27668949" w14:textId="77777777" w:rsidR="00BD25E0" w:rsidRDefault="00BD25E0"/>
        </w:tc>
      </w:tr>
      <w:tr w:rsidR="00BD25E0" w14:paraId="4264534F" w14:textId="77777777">
        <w:tc>
          <w:tcPr>
            <w:tcW w:w="4320" w:type="dxa"/>
          </w:tcPr>
          <w:p w14:paraId="53369B8B" w14:textId="77777777" w:rsidR="00BD25E0" w:rsidRDefault="008237D2">
            <w:r>
              <w:t>Last Name</w:t>
            </w:r>
          </w:p>
        </w:tc>
        <w:tc>
          <w:tcPr>
            <w:tcW w:w="4320" w:type="dxa"/>
          </w:tcPr>
          <w:p w14:paraId="70FA037A" w14:textId="77777777" w:rsidR="00BD25E0" w:rsidRDefault="00BD25E0"/>
        </w:tc>
      </w:tr>
      <w:tr w:rsidR="00BD25E0" w14:paraId="769EB82A" w14:textId="77777777">
        <w:tc>
          <w:tcPr>
            <w:tcW w:w="4320" w:type="dxa"/>
          </w:tcPr>
          <w:p w14:paraId="1DDCDE6F" w14:textId="77777777" w:rsidR="00BD25E0" w:rsidRDefault="008237D2">
            <w:r>
              <w:t>Country of Citizenship</w:t>
            </w:r>
          </w:p>
        </w:tc>
        <w:tc>
          <w:tcPr>
            <w:tcW w:w="4320" w:type="dxa"/>
          </w:tcPr>
          <w:p w14:paraId="3D4E0EE8" w14:textId="77777777" w:rsidR="00BD25E0" w:rsidRDefault="00BD25E0"/>
        </w:tc>
      </w:tr>
      <w:tr w:rsidR="00BD25E0" w14:paraId="3FA4E328" w14:textId="77777777">
        <w:tc>
          <w:tcPr>
            <w:tcW w:w="4320" w:type="dxa"/>
          </w:tcPr>
          <w:p w14:paraId="420C13F3" w14:textId="77777777" w:rsidR="00BD25E0" w:rsidRDefault="008237D2">
            <w:r>
              <w:t>Country of</w:t>
            </w:r>
            <w:r>
              <w:t xml:space="preserve"> Residence</w:t>
            </w:r>
          </w:p>
        </w:tc>
        <w:tc>
          <w:tcPr>
            <w:tcW w:w="4320" w:type="dxa"/>
          </w:tcPr>
          <w:p w14:paraId="6466324F" w14:textId="77777777" w:rsidR="00BD25E0" w:rsidRDefault="00BD25E0"/>
        </w:tc>
      </w:tr>
      <w:tr w:rsidR="00BD25E0" w14:paraId="7227579C" w14:textId="77777777">
        <w:tc>
          <w:tcPr>
            <w:tcW w:w="4320" w:type="dxa"/>
          </w:tcPr>
          <w:p w14:paraId="33AB42EF" w14:textId="77777777" w:rsidR="00BD25E0" w:rsidRDefault="008237D2">
            <w:r>
              <w:t>Postal Address</w:t>
            </w:r>
          </w:p>
        </w:tc>
        <w:tc>
          <w:tcPr>
            <w:tcW w:w="4320" w:type="dxa"/>
          </w:tcPr>
          <w:p w14:paraId="4C3396A7" w14:textId="77777777" w:rsidR="00BD25E0" w:rsidRDefault="00BD25E0"/>
        </w:tc>
      </w:tr>
      <w:tr w:rsidR="00BD25E0" w14:paraId="2086913A" w14:textId="77777777">
        <w:tc>
          <w:tcPr>
            <w:tcW w:w="4320" w:type="dxa"/>
          </w:tcPr>
          <w:p w14:paraId="6A58FECB" w14:textId="77777777" w:rsidR="00BD25E0" w:rsidRDefault="008237D2">
            <w:r>
              <w:t>E-mail Address</w:t>
            </w:r>
          </w:p>
        </w:tc>
        <w:tc>
          <w:tcPr>
            <w:tcW w:w="4320" w:type="dxa"/>
          </w:tcPr>
          <w:p w14:paraId="7333AD26" w14:textId="77777777" w:rsidR="00BD25E0" w:rsidRDefault="00BD25E0"/>
        </w:tc>
      </w:tr>
      <w:tr w:rsidR="00BD25E0" w14:paraId="2E585740" w14:textId="77777777">
        <w:tc>
          <w:tcPr>
            <w:tcW w:w="4320" w:type="dxa"/>
          </w:tcPr>
          <w:p w14:paraId="657E32D0" w14:textId="77777777" w:rsidR="00BD25E0" w:rsidRDefault="008237D2">
            <w:r>
              <w:t>Telephone Number (including country code)</w:t>
            </w:r>
          </w:p>
        </w:tc>
        <w:tc>
          <w:tcPr>
            <w:tcW w:w="4320" w:type="dxa"/>
          </w:tcPr>
          <w:p w14:paraId="3570401D" w14:textId="77777777" w:rsidR="00BD25E0" w:rsidRDefault="00BD25E0"/>
        </w:tc>
      </w:tr>
      <w:tr w:rsidR="00BD25E0" w14:paraId="72790E12" w14:textId="77777777">
        <w:tc>
          <w:tcPr>
            <w:tcW w:w="4320" w:type="dxa"/>
          </w:tcPr>
          <w:p w14:paraId="0E180D5E" w14:textId="77777777" w:rsidR="00BD25E0" w:rsidRDefault="008237D2">
            <w:r>
              <w:t>Year of Birth</w:t>
            </w:r>
          </w:p>
        </w:tc>
        <w:tc>
          <w:tcPr>
            <w:tcW w:w="4320" w:type="dxa"/>
          </w:tcPr>
          <w:p w14:paraId="4BC57DD4" w14:textId="77777777" w:rsidR="00BD25E0" w:rsidRDefault="00BD25E0"/>
        </w:tc>
      </w:tr>
    </w:tbl>
    <w:p w14:paraId="291DC380" w14:textId="77777777" w:rsidR="00BD25E0" w:rsidRDefault="008237D2">
      <w:pPr>
        <w:pStyle w:val="Naslov2"/>
      </w:pPr>
      <w:r>
        <w:t>2. Professional Information</w:t>
      </w:r>
    </w:p>
    <w:p w14:paraId="75E1BBD2" w14:textId="77777777" w:rsidR="00BD25E0" w:rsidRDefault="008237D2">
      <w:r>
        <w:t>Current Position / Institution / Ensemble</w:t>
      </w:r>
    </w:p>
    <w:p w14:paraId="6FEF5B93" w14:textId="77777777" w:rsidR="00BD25E0" w:rsidRDefault="008237D2">
      <w:r>
        <w:br/>
      </w:r>
      <w:r>
        <w:br/>
      </w:r>
      <w:r>
        <w:br/>
      </w:r>
    </w:p>
    <w:p w14:paraId="4C991302" w14:textId="77777777" w:rsidR="00BD25E0" w:rsidRDefault="008237D2">
      <w:r>
        <w:t>Short Biography</w:t>
      </w:r>
    </w:p>
    <w:p w14:paraId="277B1044" w14:textId="77777777" w:rsidR="00BD25E0" w:rsidRDefault="008237D2"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72BC0B1" w14:textId="77777777" w:rsidR="00BD25E0" w:rsidRDefault="008237D2">
      <w:r>
        <w:t>Conducting Education and Experience</w:t>
      </w:r>
    </w:p>
    <w:p w14:paraId="248C24CA" w14:textId="77777777" w:rsidR="00BD25E0" w:rsidRDefault="008237D2"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</w:p>
    <w:p w14:paraId="2F6C0EBC" w14:textId="77777777" w:rsidR="00BD25E0" w:rsidRDefault="008237D2">
      <w:pPr>
        <w:pStyle w:val="Naslov2"/>
      </w:pPr>
      <w:r>
        <w:t xml:space="preserve">3. </w:t>
      </w:r>
      <w:r>
        <w:t>Competition Programme</w:t>
      </w:r>
    </w:p>
    <w:p w14:paraId="5F7E025C" w14:textId="77777777" w:rsidR="00BD25E0" w:rsidRDefault="008237D2">
      <w:r>
        <w:t>Please list the works you are submitting (Composer – Title – Movement/Excerpt).</w:t>
      </w:r>
    </w:p>
    <w:p w14:paraId="002D68E1" w14:textId="77777777" w:rsidR="00BD25E0" w:rsidRDefault="008237D2"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691D30F7" w14:textId="77777777" w:rsidR="00BD25E0" w:rsidRDefault="008237D2">
      <w:pPr>
        <w:pStyle w:val="Naslov2"/>
      </w:pPr>
      <w:r>
        <w:t>4. Video Submission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D25E0" w14:paraId="1D4DB4C3" w14:textId="77777777">
        <w:tc>
          <w:tcPr>
            <w:tcW w:w="4320" w:type="dxa"/>
          </w:tcPr>
          <w:p w14:paraId="1FEC5A89" w14:textId="77777777" w:rsidR="00BD25E0" w:rsidRDefault="008237D2">
            <w:r>
              <w:t>Link to the Video Recording</w:t>
            </w:r>
          </w:p>
        </w:tc>
        <w:tc>
          <w:tcPr>
            <w:tcW w:w="4320" w:type="dxa"/>
          </w:tcPr>
          <w:p w14:paraId="495A03B9" w14:textId="77777777" w:rsidR="00BD25E0" w:rsidRDefault="00BD25E0"/>
        </w:tc>
      </w:tr>
      <w:tr w:rsidR="00BD25E0" w14:paraId="250FBAD5" w14:textId="77777777">
        <w:tc>
          <w:tcPr>
            <w:tcW w:w="4320" w:type="dxa"/>
          </w:tcPr>
          <w:p w14:paraId="491C6D8A" w14:textId="77777777" w:rsidR="00BD25E0" w:rsidRDefault="008237D2">
            <w:r>
              <w:t>Duration of the Recording</w:t>
            </w:r>
          </w:p>
        </w:tc>
        <w:tc>
          <w:tcPr>
            <w:tcW w:w="4320" w:type="dxa"/>
          </w:tcPr>
          <w:p w14:paraId="62A312A9" w14:textId="77777777" w:rsidR="00BD25E0" w:rsidRDefault="00BD25E0"/>
        </w:tc>
      </w:tr>
      <w:tr w:rsidR="00BD25E0" w14:paraId="4B65B981" w14:textId="77777777">
        <w:tc>
          <w:tcPr>
            <w:tcW w:w="4320" w:type="dxa"/>
          </w:tcPr>
          <w:p w14:paraId="677F4442" w14:textId="77777777" w:rsidR="00BD25E0" w:rsidRDefault="008237D2">
            <w:r>
              <w:t>Video Password (if applicable)</w:t>
            </w:r>
          </w:p>
        </w:tc>
        <w:tc>
          <w:tcPr>
            <w:tcW w:w="4320" w:type="dxa"/>
          </w:tcPr>
          <w:p w14:paraId="186A91BD" w14:textId="77777777" w:rsidR="00BD25E0" w:rsidRDefault="00BD25E0"/>
        </w:tc>
      </w:tr>
    </w:tbl>
    <w:p w14:paraId="188A6C66" w14:textId="77777777" w:rsidR="00BD25E0" w:rsidRDefault="008237D2">
      <w:r>
        <w:t>Description of the Recording</w:t>
      </w:r>
    </w:p>
    <w:p w14:paraId="116D3310" w14:textId="77777777" w:rsidR="00BD25E0" w:rsidRDefault="008237D2">
      <w:r>
        <w:br/>
      </w:r>
      <w:r>
        <w:br/>
      </w:r>
      <w:r>
        <w:br/>
      </w:r>
      <w:r>
        <w:br/>
      </w:r>
      <w:r>
        <w:br/>
      </w:r>
    </w:p>
    <w:p w14:paraId="254CB485" w14:textId="77777777" w:rsidR="00BD25E0" w:rsidRDefault="008237D2">
      <w:pPr>
        <w:pStyle w:val="Naslov2"/>
      </w:pPr>
      <w:r>
        <w:t>5. Additional Information</w:t>
      </w:r>
    </w:p>
    <w:p w14:paraId="0AB625A4" w14:textId="77777777" w:rsidR="00BD25E0" w:rsidRDefault="008237D2">
      <w:r>
        <w:t>Additional Notes</w:t>
      </w:r>
    </w:p>
    <w:p w14:paraId="08CEB775" w14:textId="77777777" w:rsidR="00BD25E0" w:rsidRDefault="008237D2">
      <w:r>
        <w:br/>
      </w:r>
      <w:r>
        <w:br/>
      </w:r>
      <w:r>
        <w:br/>
      </w:r>
      <w:r>
        <w:br/>
      </w:r>
      <w:r>
        <w:br/>
      </w:r>
    </w:p>
    <w:p w14:paraId="7D60C3CA" w14:textId="77777777" w:rsidR="00BD25E0" w:rsidRDefault="008237D2">
      <w:pPr>
        <w:pStyle w:val="Naslov2"/>
      </w:pPr>
      <w:r>
        <w:t>6. Declarations</w:t>
      </w:r>
    </w:p>
    <w:p w14:paraId="044416BF" w14:textId="77777777" w:rsidR="00BD25E0" w:rsidRDefault="008237D2">
      <w:r>
        <w:t>☐</w:t>
      </w:r>
      <w:r>
        <w:t xml:space="preserve"> I confirm that all information provided in this application is true and accurate.</w:t>
      </w:r>
    </w:p>
    <w:p w14:paraId="43294254" w14:textId="77777777" w:rsidR="00BD25E0" w:rsidRDefault="008237D2">
      <w:r>
        <w:t>☐</w:t>
      </w:r>
      <w:r>
        <w:t xml:space="preserve"> I have read and accept the Competition Rules.</w:t>
      </w:r>
    </w:p>
    <w:p w14:paraId="20E2590C" w14:textId="77777777" w:rsidR="00BD25E0" w:rsidRDefault="008237D2">
      <w:r>
        <w:t>☐</w:t>
      </w:r>
      <w:r>
        <w:t xml:space="preserve"> I consent to the processing of my personal data in accord</w:t>
      </w:r>
      <w:r>
        <w:t>ance with GDPR.</w:t>
      </w:r>
    </w:p>
    <w:p w14:paraId="267EF49B" w14:textId="77777777" w:rsidR="00BD25E0" w:rsidRDefault="008237D2">
      <w:r>
        <w:t>☐</w:t>
      </w:r>
      <w:r>
        <w:t xml:space="preserve"> I confirm that I have the necessary rights and permissions regarding the submitted video recording.</w:t>
      </w:r>
    </w:p>
    <w:p w14:paraId="6F7AB094" w14:textId="77777777" w:rsidR="00BD25E0" w:rsidRDefault="008237D2">
      <w:r>
        <w:lastRenderedPageBreak/>
        <w:t>☐</w:t>
      </w:r>
      <w:r>
        <w:t xml:space="preserve"> I consent to being photographed, audio recorded and video recorded during the competition.</w:t>
      </w:r>
    </w:p>
    <w:p w14:paraId="50D5088A" w14:textId="77777777" w:rsidR="00BD25E0" w:rsidRDefault="008237D2">
      <w:r>
        <w:t>☐</w:t>
      </w:r>
      <w:r>
        <w:t xml:space="preserve"> I authorise the organiser to use photograph</w:t>
      </w:r>
      <w:r>
        <w:t>s, audio recordings and video recordings for promotional, documentary, educational and archival purposes.</w:t>
      </w:r>
    </w:p>
    <w:p w14:paraId="17B569D5" w14:textId="77777777" w:rsidR="00BD25E0" w:rsidRDefault="008237D2">
      <w:r>
        <w:t>☐</w:t>
      </w:r>
      <w:r>
        <w:t xml:space="preserve"> I consent to the publication of my name, country, submitted programme and competition results.</w:t>
      </w:r>
    </w:p>
    <w:p w14:paraId="25A9BFBC" w14:textId="77777777" w:rsidR="00BD25E0" w:rsidRDefault="00BD25E0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D25E0" w14:paraId="2F9CEBE0" w14:textId="77777777">
        <w:tc>
          <w:tcPr>
            <w:tcW w:w="4320" w:type="dxa"/>
          </w:tcPr>
          <w:p w14:paraId="7C2D6157" w14:textId="77777777" w:rsidR="00BD25E0" w:rsidRDefault="008237D2">
            <w:r>
              <w:t>Place and Date</w:t>
            </w:r>
          </w:p>
        </w:tc>
        <w:tc>
          <w:tcPr>
            <w:tcW w:w="4320" w:type="dxa"/>
          </w:tcPr>
          <w:p w14:paraId="73FC42D5" w14:textId="77777777" w:rsidR="00BD25E0" w:rsidRDefault="008237D2">
            <w:r>
              <w:t>Signature</w:t>
            </w:r>
          </w:p>
        </w:tc>
      </w:tr>
      <w:tr w:rsidR="00BD25E0" w14:paraId="10B9DA70" w14:textId="77777777">
        <w:tc>
          <w:tcPr>
            <w:tcW w:w="4320" w:type="dxa"/>
          </w:tcPr>
          <w:p w14:paraId="3211CC03" w14:textId="77777777" w:rsidR="00BD25E0" w:rsidRDefault="00BD25E0"/>
        </w:tc>
        <w:tc>
          <w:tcPr>
            <w:tcW w:w="4320" w:type="dxa"/>
          </w:tcPr>
          <w:p w14:paraId="6FCC6E8C" w14:textId="77777777" w:rsidR="00BD25E0" w:rsidRDefault="00BD25E0"/>
        </w:tc>
      </w:tr>
    </w:tbl>
    <w:p w14:paraId="44FDAB9E" w14:textId="77777777" w:rsidR="000F0570" w:rsidRDefault="000F0570"/>
    <w:sectPr w:rsidR="000F057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F0570"/>
    <w:rsid w:val="0015074B"/>
    <w:rsid w:val="00207E0A"/>
    <w:rsid w:val="0029639D"/>
    <w:rsid w:val="00326F90"/>
    <w:rsid w:val="008237D2"/>
    <w:rsid w:val="00AA1D8D"/>
    <w:rsid w:val="00B47730"/>
    <w:rsid w:val="00BD25E0"/>
    <w:rsid w:val="00CB0664"/>
    <w:rsid w:val="00D666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65CA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D440D1-99F1-48A4-834E-F480BB83E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Miha</cp:lastModifiedBy>
  <cp:revision>2</cp:revision>
  <dcterms:created xsi:type="dcterms:W3CDTF">2026-09-07T14:46:00Z</dcterms:created>
  <dcterms:modified xsi:type="dcterms:W3CDTF">2026-09-07T14:46:00Z</dcterms:modified>
</cp:coreProperties>
</file>